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0C180" w14:textId="77777777" w:rsidR="008E4071" w:rsidRPr="00865301" w:rsidRDefault="00205C07">
      <w:pPr>
        <w:spacing w:after="0" w:line="240" w:lineRule="auto"/>
        <w:jc w:val="center"/>
        <w:rPr>
          <w:sz w:val="22"/>
        </w:rPr>
      </w:pPr>
      <w:r>
        <w:rPr>
          <w:b/>
          <w:color w:val="1F4E79"/>
          <w:sz w:val="22"/>
        </w:rPr>
        <w:t>AHMED SOUMRI</w:t>
      </w:r>
    </w:p>
    <w:p w14:paraId="00FC506D" w14:textId="77777777" w:rsidR="008E4071" w:rsidRPr="00865301" w:rsidRDefault="00205C07">
      <w:pPr>
        <w:spacing w:after="40" w:line="240" w:lineRule="auto"/>
        <w:jc w:val="center"/>
        <w:rPr>
          <w:sz w:val="22"/>
        </w:rPr>
      </w:pPr>
      <w:r>
        <w:rPr>
          <w:sz w:val="22"/>
        </w:rPr>
        <w:t>Full Stack Developer | SaaS, Web &amp; Mobile Apps | Web3 &amp; Smart Contract Integration</w:t>
      </w:r>
    </w:p>
    <w:p w14:paraId="6AA62210" w14:textId="77777777" w:rsidR="008E4071" w:rsidRPr="00865301" w:rsidRDefault="00205C07">
      <w:pPr>
        <w:spacing w:after="100" w:line="240" w:lineRule="auto"/>
        <w:jc w:val="center"/>
        <w:rPr>
          <w:sz w:val="22"/>
        </w:rPr>
      </w:pPr>
      <w:r>
        <w:rPr>
          <w:sz w:val="22"/>
        </w:rPr>
        <w:t>Tunis, Tunisia | +216 95941469 | ahmedsoumri01@gmail.com | https://linkedin.com/in/ahmed-soumri | https://github.com/ahmedsoumri | https://www.ahmedsoumri.com</w:t>
      </w:r>
    </w:p>
    <w:p w14:paraId="0275B00F"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PROFESSIONAL SUMMARY</w:t>
      </w:r>
    </w:p>
    <w:p w14:paraId="77EFF222" w14:textId="77777777" w:rsidR="008E4071" w:rsidRPr="00865301" w:rsidRDefault="00205C07">
      <w:pPr>
        <w:spacing w:before="20" w:after="80" w:line="257" w:lineRule="auto"/>
        <w:rPr>
          <w:sz w:val="22"/>
        </w:rPr>
      </w:pPr>
      <w:r>
        <w:rPr>
          <w:sz w:val="22"/>
        </w:rPr>
        <w:t>Full Stack Developer experienced in building SaaS platforms, responsive web applications, mobile applications, and Web3-enabled solutions. Skilled across frontend, backend, APIs, databases, dashboards, authentication, deployment, smart contract integration, and MVP delivery. Strong with React, Next.js, Node.js, TypeScript, React Native, MongoDB, PostgreSQL, Docker, Solidity, Web3.js, wagmi, RainbowKit, IPFS, and Hashgraph. Open to high-impact opportunities in full-stack engineering, SaaS product development, freelance web solutions, and Web3 integration without being limited to blockchain-only roles.</w:t>
      </w:r>
    </w:p>
    <w:p w14:paraId="4B28F585"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CORE SKILLS</w:t>
      </w:r>
    </w:p>
    <w:p w14:paraId="7D5FC0C3" w14:textId="77777777" w:rsidR="008E4071" w:rsidRPr="00865301" w:rsidRDefault="00205C07">
      <w:pPr>
        <w:spacing w:before="20" w:after="20" w:line="254" w:lineRule="auto"/>
        <w:rPr>
          <w:sz w:val="22"/>
        </w:rPr>
      </w:pPr>
      <w:r>
        <w:rPr>
          <w:b/>
          <w:sz w:val="22"/>
        </w:rPr>
        <w:t xml:space="preserve">Frontend: </w:t>
      </w:r>
      <w:r>
        <w:rPr>
          <w:sz w:val="22"/>
        </w:rPr>
        <w:t>React.js, Next.js, TypeScript, JavaScript, Tailwind CSS, HTML, CSS</w:t>
      </w:r>
    </w:p>
    <w:p w14:paraId="5D72E3B0" w14:textId="77777777" w:rsidR="008E4071" w:rsidRPr="00865301" w:rsidRDefault="00205C07">
      <w:pPr>
        <w:spacing w:after="20" w:line="254" w:lineRule="auto"/>
        <w:rPr>
          <w:sz w:val="22"/>
        </w:rPr>
      </w:pPr>
      <w:r>
        <w:rPr>
          <w:b/>
          <w:sz w:val="22"/>
        </w:rPr>
        <w:t xml:space="preserve">Backend: </w:t>
      </w:r>
      <w:r>
        <w:rPr>
          <w:sz w:val="22"/>
        </w:rPr>
        <w:t>Node.js, Express.js, REST APIs, Authentication, Role-Based Access Control</w:t>
      </w:r>
    </w:p>
    <w:p w14:paraId="1B95B1AE" w14:textId="77777777" w:rsidR="008E4071" w:rsidRPr="00865301" w:rsidRDefault="00205C07">
      <w:pPr>
        <w:spacing w:after="20" w:line="254" w:lineRule="auto"/>
        <w:rPr>
          <w:sz w:val="22"/>
        </w:rPr>
      </w:pPr>
      <w:r>
        <w:rPr>
          <w:b/>
          <w:sz w:val="22"/>
        </w:rPr>
        <w:t xml:space="preserve">Mobile: </w:t>
      </w:r>
      <w:r>
        <w:rPr>
          <w:sz w:val="22"/>
        </w:rPr>
        <w:t>React Native, Mobile App Development</w:t>
      </w:r>
    </w:p>
    <w:p w14:paraId="58CE1269" w14:textId="77777777" w:rsidR="008E4071" w:rsidRPr="00865301" w:rsidRDefault="00205C07">
      <w:pPr>
        <w:spacing w:after="20" w:line="254" w:lineRule="auto"/>
        <w:rPr>
          <w:sz w:val="22"/>
        </w:rPr>
      </w:pPr>
      <w:r>
        <w:rPr>
          <w:b/>
          <w:sz w:val="22"/>
        </w:rPr>
        <w:t xml:space="preserve">Databases: </w:t>
      </w:r>
      <w:r>
        <w:rPr>
          <w:sz w:val="22"/>
        </w:rPr>
        <w:t>MongoDB, PostgreSQL</w:t>
      </w:r>
    </w:p>
    <w:p w14:paraId="74A53ACE" w14:textId="77777777" w:rsidR="008E4071" w:rsidRPr="00865301" w:rsidRDefault="00205C07">
      <w:pPr>
        <w:spacing w:after="20" w:line="254" w:lineRule="auto"/>
        <w:rPr>
          <w:sz w:val="22"/>
        </w:rPr>
      </w:pPr>
      <w:r>
        <w:rPr>
          <w:b/>
          <w:sz w:val="22"/>
        </w:rPr>
        <w:t xml:space="preserve">Web3: </w:t>
      </w:r>
      <w:r>
        <w:rPr>
          <w:sz w:val="22"/>
        </w:rPr>
        <w:t>Solidity, Smart Contracts, Web3.js, wagmi, RainbowKit, IPFS, Hashgraph, DLT</w:t>
      </w:r>
    </w:p>
    <w:p w14:paraId="01CDE9ED" w14:textId="77777777" w:rsidR="008E4071" w:rsidRPr="00865301" w:rsidRDefault="00205C07">
      <w:pPr>
        <w:spacing w:after="20" w:line="254" w:lineRule="auto"/>
        <w:rPr>
          <w:sz w:val="22"/>
        </w:rPr>
      </w:pPr>
      <w:r>
        <w:rPr>
          <w:b/>
          <w:sz w:val="22"/>
        </w:rPr>
        <w:t xml:space="preserve">Tools and Product: </w:t>
      </w:r>
      <w:r>
        <w:rPr>
          <w:sz w:val="22"/>
        </w:rPr>
        <w:t>Git, GitHub, Docker, Postman, Figma, Agile, SaaS MVPs, E-commerce, Dashboards, Landing Pages</w:t>
      </w:r>
    </w:p>
    <w:p w14:paraId="5393CA97"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PROFESSIONAL EXPERIENCE</w:t>
      </w:r>
    </w:p>
    <w:p w14:paraId="67CFE41D" w14:textId="77777777" w:rsidR="008E4071" w:rsidRPr="00EA7750" w:rsidRDefault="00205C07">
      <w:pPr>
        <w:spacing w:before="80" w:after="0" w:line="240" w:lineRule="auto"/>
        <w:rPr>
          <w:sz w:val="23"/>
          <w:szCs w:val="23"/>
        </w:rPr>
      </w:pPr>
      <w:r>
        <w:rPr>
          <w:b/>
          <w:sz w:val="23"/>
          <w:szCs w:val="23"/>
        </w:rPr>
        <w:t>Full Stack Developer</w:t>
      </w:r>
      <w:r>
        <w:rPr>
          <w:sz w:val="23"/>
          <w:szCs w:val="23"/>
        </w:rPr>
        <w:t xml:space="preserve"> | K2LIS - Full-time | Aug 2024 - Present</w:t>
      </w:r>
    </w:p>
    <w:p w14:paraId="2D6F1489" w14:textId="77777777" w:rsidR="008E4071" w:rsidRPr="00865301" w:rsidRDefault="00205C07">
      <w:pPr>
        <w:pStyle w:val="ListBullet"/>
        <w:spacing w:after="40" w:line="250" w:lineRule="auto"/>
        <w:ind w:left="255" w:hanging="142"/>
        <w:rPr>
          <w:sz w:val="22"/>
        </w:rPr>
      </w:pPr>
      <w:r>
        <w:rPr>
          <w:sz w:val="22"/>
        </w:rPr>
        <w:t>Develop and improve SaaS platforms and blockchain-enabled MVPs using Next.js, Node.js, TypeScript, Solidity, MongoDB, PostgreSQL, Docker, and Web3.js.</w:t>
      </w:r>
    </w:p>
    <w:p w14:paraId="1973AA1B" w14:textId="77777777" w:rsidR="008E4071" w:rsidRPr="00865301" w:rsidRDefault="00205C07">
      <w:pPr>
        <w:pStyle w:val="ListBullet"/>
        <w:spacing w:after="40" w:line="250" w:lineRule="auto"/>
        <w:ind w:left="255" w:hanging="142"/>
        <w:rPr>
          <w:sz w:val="22"/>
        </w:rPr>
      </w:pPr>
      <w:r>
        <w:rPr>
          <w:sz w:val="22"/>
        </w:rPr>
        <w:t>Redesigned and upgraded an existing SaaS application, improving user experience and increasing overall platform performance by 5%.</w:t>
      </w:r>
    </w:p>
    <w:p w14:paraId="05519B97" w14:textId="77777777" w:rsidR="008E4071" w:rsidRPr="00865301" w:rsidRDefault="00205C07">
      <w:pPr>
        <w:pStyle w:val="ListBullet"/>
        <w:spacing w:after="40" w:line="250" w:lineRule="auto"/>
        <w:ind w:left="255" w:hanging="142"/>
        <w:rPr>
          <w:sz w:val="22"/>
        </w:rPr>
      </w:pPr>
      <w:r>
        <w:rPr>
          <w:sz w:val="22"/>
        </w:rPr>
        <w:t>Built MVPs for honey traceability, token transfer scheduling, and construction management, helping validate product ideas quickly.</w:t>
      </w:r>
    </w:p>
    <w:p w14:paraId="26CA91CD" w14:textId="77777777" w:rsidR="008E4071" w:rsidRPr="00865301" w:rsidRDefault="00205C07">
      <w:pPr>
        <w:pStyle w:val="ListBullet"/>
        <w:spacing w:after="40" w:line="250" w:lineRule="auto"/>
        <w:ind w:left="255" w:hanging="142"/>
        <w:rPr>
          <w:sz w:val="22"/>
        </w:rPr>
      </w:pPr>
      <w:r>
        <w:rPr>
          <w:sz w:val="22"/>
        </w:rPr>
        <w:t>Implemented Web3 features including smart contract interactions, wallet integration, and blockchain-based business workflows.</w:t>
      </w:r>
    </w:p>
    <w:p w14:paraId="444823D0" w14:textId="77777777" w:rsidR="008E4071" w:rsidRPr="00865301" w:rsidRDefault="00205C07">
      <w:pPr>
        <w:pStyle w:val="ListBullet"/>
        <w:spacing w:after="40" w:line="250" w:lineRule="auto"/>
        <w:ind w:left="255" w:hanging="142"/>
        <w:rPr>
          <w:sz w:val="22"/>
        </w:rPr>
      </w:pPr>
      <w:r>
        <w:rPr>
          <w:sz w:val="22"/>
        </w:rPr>
        <w:t>Work across frontend, backend, database, API, and deployment layers to deliver complete product features.</w:t>
      </w:r>
    </w:p>
    <w:p w14:paraId="1E92C133" w14:textId="77777777" w:rsidR="008E4071" w:rsidRPr="00EA7750" w:rsidRDefault="00205C07">
      <w:pPr>
        <w:spacing w:before="80" w:after="0" w:line="240" w:lineRule="auto"/>
        <w:rPr>
          <w:sz w:val="23"/>
          <w:szCs w:val="23"/>
        </w:rPr>
      </w:pPr>
      <w:r>
        <w:rPr>
          <w:b/>
          <w:sz w:val="23"/>
          <w:szCs w:val="23"/>
        </w:rPr>
        <w:t>Freelance Web Developer</w:t>
      </w:r>
      <w:r>
        <w:rPr>
          <w:sz w:val="23"/>
          <w:szCs w:val="23"/>
        </w:rPr>
        <w:t xml:space="preserve"> | Freelance | Oct 2023 - Present | Tunis, Tunisia</w:t>
      </w:r>
    </w:p>
    <w:p w14:paraId="7F0A84CF" w14:textId="77777777" w:rsidR="008E4071" w:rsidRPr="00865301" w:rsidRDefault="00205C07">
      <w:pPr>
        <w:pStyle w:val="ListBullet"/>
        <w:spacing w:after="40" w:line="250" w:lineRule="auto"/>
        <w:ind w:left="255" w:hanging="142"/>
        <w:rPr>
          <w:sz w:val="22"/>
        </w:rPr>
      </w:pPr>
      <w:r>
        <w:rPr>
          <w:sz w:val="22"/>
        </w:rPr>
        <w:t>Build modern web applications, SaaS MVPs, e-commerce platforms, landing pages, and business websites for clients and personal products.</w:t>
      </w:r>
    </w:p>
    <w:p w14:paraId="5195FDBF" w14:textId="77777777" w:rsidR="008E4071" w:rsidRPr="00865301" w:rsidRDefault="00205C07">
      <w:pPr>
        <w:pStyle w:val="ListBullet"/>
        <w:spacing w:after="40" w:line="250" w:lineRule="auto"/>
        <w:ind w:left="255" w:hanging="142"/>
        <w:rPr>
          <w:sz w:val="22"/>
        </w:rPr>
      </w:pPr>
      <w:r>
        <w:rPr>
          <w:sz w:val="22"/>
        </w:rPr>
        <w:t>Develop responsive and scalable interfaces using React.js, Next.js, Node.js, TypeScript, Tailwind CSS, MongoDB, and PostgreSQL.</w:t>
      </w:r>
    </w:p>
    <w:p w14:paraId="02346EAB" w14:textId="77777777" w:rsidR="008E4071" w:rsidRPr="00865301" w:rsidRDefault="00205C07">
      <w:pPr>
        <w:pStyle w:val="ListBullet"/>
        <w:spacing w:after="40" w:line="250" w:lineRule="auto"/>
        <w:ind w:left="255" w:hanging="142"/>
        <w:rPr>
          <w:sz w:val="22"/>
        </w:rPr>
      </w:pPr>
      <w:r>
        <w:rPr>
          <w:sz w:val="22"/>
        </w:rPr>
        <w:t>Translate business ideas into functional MVPs with clear user flows, dashboards, authentication, and reusable components.</w:t>
      </w:r>
    </w:p>
    <w:p w14:paraId="30864746" w14:textId="77777777" w:rsidR="008E4071" w:rsidRPr="00865301" w:rsidRDefault="00205C07">
      <w:pPr>
        <w:pStyle w:val="ListBullet"/>
        <w:spacing w:after="40" w:line="250" w:lineRule="auto"/>
        <w:ind w:left="255" w:hanging="142"/>
        <w:rPr>
          <w:sz w:val="22"/>
        </w:rPr>
      </w:pPr>
      <w:r>
        <w:rPr>
          <w:sz w:val="22"/>
        </w:rPr>
        <w:t>Deliver projects across several domains, including career tools, e-commerce, and restaurant ordering systems.</w:t>
      </w:r>
    </w:p>
    <w:p w14:paraId="2A692844" w14:textId="77777777" w:rsidR="008E4071" w:rsidRPr="00EA7750" w:rsidRDefault="00205C07">
      <w:pPr>
        <w:spacing w:before="80" w:after="0" w:line="240" w:lineRule="auto"/>
        <w:rPr>
          <w:sz w:val="23"/>
          <w:szCs w:val="23"/>
        </w:rPr>
      </w:pPr>
      <w:r>
        <w:rPr>
          <w:b/>
          <w:sz w:val="23"/>
          <w:szCs w:val="23"/>
        </w:rPr>
        <w:t>Full Stack Developer Intern</w:t>
      </w:r>
      <w:r>
        <w:rPr>
          <w:sz w:val="23"/>
          <w:szCs w:val="23"/>
        </w:rPr>
        <w:t xml:space="preserve"> | K2LIS | Jan 2024 - Jun 2024</w:t>
      </w:r>
    </w:p>
    <w:p w14:paraId="1F3A8F66" w14:textId="77777777" w:rsidR="008E4071" w:rsidRPr="00865301" w:rsidRDefault="00205C07">
      <w:pPr>
        <w:pStyle w:val="ListBullet"/>
        <w:spacing w:after="40" w:line="250" w:lineRule="auto"/>
        <w:ind w:left="255" w:hanging="142"/>
        <w:rPr>
          <w:sz w:val="22"/>
        </w:rPr>
      </w:pPr>
      <w:r>
        <w:rPr>
          <w:sz w:val="22"/>
        </w:rPr>
        <w:t>Developed a decentralized document tokenization platform to improve document security, authenticity, and accessibility.</w:t>
      </w:r>
    </w:p>
    <w:p w14:paraId="249BF59A" w14:textId="77777777" w:rsidR="008E4071" w:rsidRPr="00865301" w:rsidRDefault="00205C07">
      <w:pPr>
        <w:pStyle w:val="ListBullet"/>
        <w:spacing w:after="40" w:line="250" w:lineRule="auto"/>
        <w:ind w:left="255" w:hanging="142"/>
        <w:rPr>
          <w:sz w:val="22"/>
        </w:rPr>
      </w:pPr>
      <w:r>
        <w:rPr>
          <w:sz w:val="22"/>
        </w:rPr>
        <w:t>Built the frontend with Next.js and integrated blockchain functionality using Ethereum, Solidity, Web3, wagmi, and RainbowKit.</w:t>
      </w:r>
    </w:p>
    <w:p w14:paraId="0E29DB9B" w14:textId="77777777" w:rsidR="008E4071" w:rsidRPr="00865301" w:rsidRDefault="00205C07">
      <w:pPr>
        <w:pStyle w:val="ListBullet"/>
        <w:spacing w:after="40" w:line="250" w:lineRule="auto"/>
        <w:ind w:left="255" w:hanging="142"/>
        <w:rPr>
          <w:sz w:val="22"/>
        </w:rPr>
      </w:pPr>
      <w:r>
        <w:rPr>
          <w:sz w:val="22"/>
        </w:rPr>
        <w:t>Used MongoDB for data storage and IPFS for decentralized file storage.</w:t>
      </w:r>
    </w:p>
    <w:p w14:paraId="01049274" w14:textId="4A29FF5E" w:rsidR="00865301" w:rsidRPr="00865301" w:rsidRDefault="00205C07" w:rsidP="00865301">
      <w:pPr>
        <w:pStyle w:val="ListBullet"/>
        <w:spacing w:after="40" w:line="250" w:lineRule="auto"/>
        <w:ind w:left="255" w:hanging="142"/>
        <w:rPr>
          <w:sz w:val="22"/>
        </w:rPr>
      </w:pPr>
      <w:r>
        <w:rPr>
          <w:sz w:val="22"/>
        </w:rPr>
        <w:t>Gained hands-on experience in decentralized application development and secure digital asset workflows.</w:t>
      </w:r>
    </w:p>
    <w:p w14:paraId="4EE6B9B1" w14:textId="2C3ED1D5" w:rsidR="008E4071" w:rsidRPr="00EA7750" w:rsidRDefault="00205C07" w:rsidP="00865301">
      <w:pPr>
        <w:rPr>
          <w:sz w:val="23"/>
          <w:szCs w:val="23"/>
        </w:rPr>
      </w:pPr>
      <w:r>
        <w:rPr>
          <w:sz w:val="23"/>
          <w:szCs w:val="23"/>
        </w:rPr>
        <w:br w:type="page"/>
      </w:r>
      <w:r>
        <w:rPr>
          <w:b/>
          <w:sz w:val="23"/>
          <w:szCs w:val="23"/>
        </w:rPr>
        <w:lastRenderedPageBreak/>
        <w:t>Frontend Developer Intern</w:t>
      </w:r>
      <w:r>
        <w:rPr>
          <w:sz w:val="23"/>
          <w:szCs w:val="23"/>
        </w:rPr>
        <w:t xml:space="preserve"> | K2LIS | Jan 2023 - Mar 2023</w:t>
      </w:r>
    </w:p>
    <w:p w14:paraId="046EA135" w14:textId="77777777" w:rsidR="008E4071" w:rsidRPr="00865301" w:rsidRDefault="00205C07">
      <w:pPr>
        <w:pStyle w:val="ListBullet"/>
        <w:spacing w:after="40" w:line="250" w:lineRule="auto"/>
        <w:ind w:left="255" w:hanging="142"/>
        <w:rPr>
          <w:sz w:val="22"/>
        </w:rPr>
      </w:pPr>
      <w:r>
        <w:rPr>
          <w:sz w:val="22"/>
        </w:rPr>
        <w:t>Redesigned the company's legacy SaaS landing page to improve UI/UX and modernize the brand's digital presence.</w:t>
      </w:r>
    </w:p>
    <w:p w14:paraId="232B22EE" w14:textId="77777777" w:rsidR="008E4071" w:rsidRPr="00865301" w:rsidRDefault="00205C07">
      <w:pPr>
        <w:pStyle w:val="ListBullet"/>
        <w:spacing w:after="40" w:line="250" w:lineRule="auto"/>
        <w:ind w:left="255" w:hanging="142"/>
        <w:rPr>
          <w:sz w:val="22"/>
        </w:rPr>
      </w:pPr>
      <w:r>
        <w:rPr>
          <w:sz w:val="22"/>
        </w:rPr>
        <w:t xml:space="preserve">Built frontend MVP interfaces for Web3 products, including NFT marketplace functionality and blockchain-based product flows.</w:t>
      </w:r>
    </w:p>
    <w:p w14:paraId="48E7D289" w14:textId="77777777" w:rsidR="008E4071" w:rsidRPr="00865301" w:rsidRDefault="00205C07">
      <w:pPr>
        <w:pStyle w:val="ListBullet"/>
        <w:spacing w:after="40" w:line="250" w:lineRule="auto"/>
        <w:ind w:left="255" w:hanging="142"/>
        <w:rPr>
          <w:sz w:val="22"/>
        </w:rPr>
      </w:pPr>
      <w:r>
        <w:rPr>
          <w:sz w:val="22"/>
        </w:rPr>
        <w:t>Used React.js, Next.js, Tailwind CSS, Web3.js, and Solidity concepts.</w:t>
      </w:r>
    </w:p>
    <w:p w14:paraId="0084B5F4" w14:textId="77777777" w:rsidR="008E4071" w:rsidRPr="006E36BC" w:rsidRDefault="00205C07">
      <w:pPr>
        <w:spacing w:before="80" w:after="0" w:line="240" w:lineRule="auto"/>
        <w:rPr>
          <w:sz w:val="23"/>
          <w:szCs w:val="23"/>
        </w:rPr>
      </w:pPr>
      <w:r>
        <w:rPr>
          <w:b/>
          <w:sz w:val="23"/>
          <w:szCs w:val="23"/>
        </w:rPr>
        <w:t>Frontend Developer Intern</w:t>
      </w:r>
      <w:r>
        <w:rPr>
          <w:sz w:val="23"/>
          <w:szCs w:val="23"/>
        </w:rPr>
        <w:t xml:space="preserve"> | BNA - Banque Nationale Agricole | Jan 2022 - Feb 2022 | Tunis, Tunisia</w:t>
      </w:r>
    </w:p>
    <w:p w14:paraId="7E44FF7E" w14:textId="77777777" w:rsidR="008E4071" w:rsidRPr="00865301" w:rsidRDefault="00205C07">
      <w:pPr>
        <w:pStyle w:val="ListBullet"/>
        <w:spacing w:after="40" w:line="250" w:lineRule="auto"/>
        <w:ind w:left="255" w:hanging="142"/>
        <w:rPr>
          <w:sz w:val="22"/>
        </w:rPr>
      </w:pPr>
      <w:r>
        <w:rPr>
          <w:sz w:val="22"/>
        </w:rPr>
        <w:t>Redesigned a public-facing landing page for BNA, one of Tunisia's national banks.</w:t>
      </w:r>
    </w:p>
    <w:p w14:paraId="380A8B46" w14:textId="77777777" w:rsidR="008E4071" w:rsidRPr="00865301" w:rsidRDefault="00205C07">
      <w:pPr>
        <w:pStyle w:val="ListBullet"/>
        <w:spacing w:after="40" w:line="250" w:lineRule="auto"/>
        <w:ind w:left="255" w:hanging="142"/>
        <w:rPr>
          <w:sz w:val="22"/>
        </w:rPr>
      </w:pPr>
      <w:r>
        <w:rPr>
          <w:sz w:val="22"/>
        </w:rPr>
        <w:t>Delivered a modern, responsive interface aligned with brand guidelines using HTML, CSS, JavaScript, and Tailwind CSS.</w:t>
      </w:r>
    </w:p>
    <w:p w14:paraId="078DBD3F"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SELECTED PROJECTS</w:t>
      </w:r>
    </w:p>
    <w:p w14:paraId="63A1D1EE" w14:textId="77777777" w:rsidR="008E4071" w:rsidRPr="00865301" w:rsidRDefault="00205C07">
      <w:pPr>
        <w:spacing w:before="60" w:after="20" w:line="240" w:lineRule="auto"/>
        <w:rPr>
          <w:sz w:val="22"/>
        </w:rPr>
      </w:pPr>
      <w:r>
        <w:rPr>
          <w:b/>
          <w:sz w:val="23"/>
          <w:szCs w:val="23"/>
        </w:rPr>
        <w:t>CareerCraft - AI-Powered Career Platform:</w:t>
      </w:r>
      <w:r>
        <w:rPr>
          <w:b/>
          <w:sz w:val="22"/>
        </w:rPr>
        <w:t xml:space="preserve"> </w:t>
      </w:r>
      <w:r>
        <w:rPr>
          <w:sz w:val="22"/>
        </w:rPr>
        <w:t>AI-powered career platform MVP focused on CV improvement, career guidance, and job-readiness tools. Status: MVP in progress.</w:t>
      </w:r>
    </w:p>
    <w:p w14:paraId="51FF9291" w14:textId="77777777" w:rsidR="008E4071" w:rsidRPr="00865301" w:rsidRDefault="00205C07">
      <w:pPr>
        <w:spacing w:before="60" w:after="20" w:line="240" w:lineRule="auto"/>
        <w:rPr>
          <w:sz w:val="22"/>
        </w:rPr>
      </w:pPr>
      <w:r>
        <w:rPr>
          <w:b/>
          <w:sz w:val="23"/>
          <w:szCs w:val="23"/>
        </w:rPr>
        <w:t>SMR Store - E-commerce Platform:</w:t>
      </w:r>
      <w:r>
        <w:rPr>
          <w:b/>
          <w:sz w:val="22"/>
        </w:rPr>
        <w:t xml:space="preserve"> </w:t>
      </w:r>
      <w:r>
        <w:rPr>
          <w:sz w:val="22"/>
        </w:rPr>
        <w:t>MERN e-commerce platform with product browsing, cart flows, authentication, and admin-oriented functionality.</w:t>
      </w:r>
    </w:p>
    <w:p w14:paraId="54A6AF39" w14:textId="77777777" w:rsidR="008E4071" w:rsidRPr="00865301" w:rsidRDefault="00205C07">
      <w:pPr>
        <w:spacing w:before="60" w:after="20" w:line="240" w:lineRule="auto"/>
        <w:rPr>
          <w:sz w:val="22"/>
        </w:rPr>
      </w:pPr>
      <w:r>
        <w:rPr>
          <w:b/>
          <w:sz w:val="23"/>
          <w:szCs w:val="23"/>
        </w:rPr>
        <w:t>Yalla Order - Restaurant QR Ordering System:</w:t>
      </w:r>
      <w:r>
        <w:rPr>
          <w:b/>
          <w:sz w:val="22"/>
        </w:rPr>
        <w:t xml:space="preserve"> </w:t>
      </w:r>
      <w:r>
        <w:rPr>
          <w:sz w:val="22"/>
        </w:rPr>
        <w:t>Smart restaurant QR ordering system allowing customers to browse menus and place orders from their table.</w:t>
      </w:r>
    </w:p>
    <w:p w14:paraId="199D02CA"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EDUCATION</w:t>
      </w:r>
    </w:p>
    <w:p w14:paraId="3780B422" w14:textId="77777777" w:rsidR="008E4071" w:rsidRPr="00865301" w:rsidRDefault="00205C07">
      <w:pPr>
        <w:spacing w:before="40" w:after="0" w:line="240" w:lineRule="auto"/>
        <w:rPr>
          <w:sz w:val="22"/>
        </w:rPr>
      </w:pPr>
      <w:r>
        <w:rPr>
          <w:b/>
          <w:sz w:val="22"/>
        </w:rPr>
        <w:t>Universite Sesame</w:t>
      </w:r>
      <w:r>
        <w:rPr>
          <w:sz w:val="22"/>
        </w:rPr>
        <w:t xml:space="preserve"> | Engineering Degree, Computer Software Engineering | Sept 2024 - Sep 2028 (Part-time, 1 day/week)</w:t>
      </w:r>
    </w:p>
    <w:p w14:paraId="5F8B5165" w14:textId="77777777" w:rsidR="008E4071" w:rsidRPr="00865301" w:rsidRDefault="00205C07">
      <w:pPr>
        <w:spacing w:before="40" w:after="0" w:line="240" w:lineRule="auto"/>
        <w:rPr>
          <w:sz w:val="22"/>
        </w:rPr>
      </w:pPr>
      <w:r>
        <w:rPr>
          <w:b/>
          <w:sz w:val="22"/>
        </w:rPr>
        <w:t>Higher Institute of Applied Languages and Computer Science of Beja</w:t>
      </w:r>
      <w:r>
        <w:rPr>
          <w:sz w:val="22"/>
        </w:rPr>
        <w:t xml:space="preserve"> | Master's Degree, Data Science | Sep 2025 - July 2027 (Exam-based, part-time)</w:t>
      </w:r>
    </w:p>
    <w:p w14:paraId="7EBE6FBF" w14:textId="77777777" w:rsidR="008E4071" w:rsidRPr="00865301" w:rsidRDefault="00205C07">
      <w:pPr>
        <w:spacing w:before="40" w:after="0" w:line="240" w:lineRule="auto"/>
        <w:rPr>
          <w:sz w:val="22"/>
        </w:rPr>
      </w:pPr>
      <w:r>
        <w:rPr>
          <w:b/>
          <w:sz w:val="22"/>
        </w:rPr>
        <w:t>Higher Institute of Technological Studies of Beja (ISET Beja)</w:t>
      </w:r>
      <w:r>
        <w:rPr>
          <w:sz w:val="22"/>
        </w:rPr>
        <w:t xml:space="preserve"> | Licentiate Degree, Information Technology | Oct 2021 - July 2024</w:t>
      </w:r>
    </w:p>
    <w:p w14:paraId="6AD1ED57"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CERTIFICATIONS</w:t>
      </w:r>
    </w:p>
    <w:p w14:paraId="128B25A8" w14:textId="77777777" w:rsidR="008E4071" w:rsidRPr="00865301" w:rsidRDefault="00205C07">
      <w:pPr>
        <w:pStyle w:val="ListBullet"/>
        <w:spacing w:after="40" w:line="250" w:lineRule="auto"/>
        <w:ind w:left="255" w:hanging="142"/>
        <w:rPr>
          <w:sz w:val="22"/>
        </w:rPr>
      </w:pPr>
      <w:r>
        <w:rPr>
          <w:sz w:val="22"/>
        </w:rPr>
        <w:t>Hashgraph Developer Course - The Hashgraph Association, Aug 2024</w:t>
      </w:r>
    </w:p>
    <w:p w14:paraId="7F306C07" w14:textId="77777777" w:rsidR="008E4071" w:rsidRPr="00865301" w:rsidRDefault="00205C07">
      <w:pPr>
        <w:pStyle w:val="ListBullet"/>
        <w:spacing w:after="40" w:line="250" w:lineRule="auto"/>
        <w:ind w:left="255" w:hanging="142"/>
        <w:rPr>
          <w:sz w:val="22"/>
        </w:rPr>
      </w:pPr>
      <w:r>
        <w:rPr>
          <w:sz w:val="22"/>
        </w:rPr>
        <w:t>Linux Essentials - Cisco, Jun 2025</w:t>
      </w:r>
    </w:p>
    <w:p w14:paraId="7FAD4C1D" w14:textId="77777777" w:rsidR="008E4071" w:rsidRPr="00865301" w:rsidRDefault="00205C07">
      <w:pPr>
        <w:pStyle w:val="ListBullet"/>
        <w:spacing w:after="40" w:line="250" w:lineRule="auto"/>
        <w:ind w:left="255" w:hanging="142"/>
        <w:rPr>
          <w:sz w:val="22"/>
        </w:rPr>
      </w:pPr>
      <w:r>
        <w:rPr>
          <w:sz w:val="22"/>
        </w:rPr>
        <w:t>IT Specialist - Data Analytics - Pearson, Jan 2026</w:t>
      </w:r>
    </w:p>
    <w:p w14:paraId="364DF33D" w14:textId="77777777" w:rsidR="008E4071" w:rsidRPr="00865301" w:rsidRDefault="00205C07">
      <w:pPr>
        <w:pStyle w:val="ListBullet"/>
        <w:spacing w:after="40" w:line="250" w:lineRule="auto"/>
        <w:ind w:left="255" w:hanging="142"/>
        <w:rPr>
          <w:sz w:val="22"/>
        </w:rPr>
      </w:pPr>
      <w:r>
        <w:rPr>
          <w:sz w:val="22"/>
        </w:rPr>
        <w:t>IT Specialist - Artificial Intelligence - Pearson, Jan 2026</w:t>
      </w:r>
    </w:p>
    <w:p w14:paraId="67794AFE" w14:textId="77777777" w:rsidR="008E4071" w:rsidRPr="00865301" w:rsidRDefault="00205C07">
      <w:pPr>
        <w:pStyle w:val="ListBullet"/>
        <w:spacing w:after="40" w:line="250" w:lineRule="auto"/>
        <w:ind w:left="255" w:hanging="142"/>
        <w:rPr>
          <w:sz w:val="22"/>
        </w:rPr>
      </w:pPr>
      <w:r>
        <w:rPr>
          <w:sz w:val="22"/>
        </w:rPr>
        <w:t>Blockchain: Learning Solidity - LinkedIn, Dec 2023</w:t>
      </w:r>
    </w:p>
    <w:p w14:paraId="333ED854" w14:textId="77777777" w:rsidR="008E4071" w:rsidRPr="00865301" w:rsidRDefault="00205C07">
      <w:pPr>
        <w:pStyle w:val="ListBullet"/>
        <w:spacing w:after="40" w:line="250" w:lineRule="auto"/>
        <w:ind w:left="255" w:hanging="142"/>
        <w:rPr>
          <w:sz w:val="22"/>
        </w:rPr>
      </w:pPr>
      <w:r>
        <w:rPr>
          <w:sz w:val="22"/>
        </w:rPr>
        <w:t>Practical Blockchain and Cryptocurrency - LinkedIn, Dec 2024</w:t>
      </w:r>
    </w:p>
    <w:p w14:paraId="0CFDD121" w14:textId="77777777" w:rsidR="008E4071" w:rsidRPr="00865301" w:rsidRDefault="00205C07">
      <w:pPr>
        <w:pStyle w:val="ListBullet"/>
        <w:spacing w:after="40" w:line="250" w:lineRule="auto"/>
        <w:ind w:left="255" w:hanging="142"/>
        <w:rPr>
          <w:sz w:val="22"/>
        </w:rPr>
      </w:pPr>
      <w:r>
        <w:rPr>
          <w:sz w:val="22"/>
        </w:rPr>
        <w:t>TypeScript for JavaScript Developers - LinkedIn, Nov 2024</w:t>
      </w:r>
    </w:p>
    <w:p w14:paraId="004CA4D3" w14:textId="77777777" w:rsidR="008E4071" w:rsidRPr="00865301" w:rsidRDefault="00205C07">
      <w:pPr>
        <w:pStyle w:val="ListBullet"/>
        <w:spacing w:after="40" w:line="250" w:lineRule="auto"/>
        <w:ind w:left="255" w:hanging="142"/>
        <w:rPr>
          <w:sz w:val="22"/>
        </w:rPr>
      </w:pPr>
      <w:r>
        <w:rPr>
          <w:sz w:val="22"/>
        </w:rPr>
        <w:t>DevOps Foundations - LinkedIn, Dec 2024</w:t>
      </w:r>
    </w:p>
    <w:p w14:paraId="175BF138" w14:textId="77777777" w:rsidR="008E4071" w:rsidRPr="00865301" w:rsidRDefault="00205C07">
      <w:pPr>
        <w:pBdr>
          <w:bottom w:val="single" w:sz="4" w:space="1" w:color="D9E2F3"/>
        </w:pBdr>
        <w:spacing w:before="140" w:after="40" w:line="240" w:lineRule="auto"/>
        <w:rPr>
          <w:sz w:val="24"/>
          <w:szCs w:val="24"/>
        </w:rPr>
      </w:pPr>
      <w:r>
        <w:rPr>
          <w:b/>
          <w:color w:val="1F4E79"/>
          <w:sz w:val="24"/>
          <w:szCs w:val="24"/>
        </w:rPr>
        <w:t>LANGUAGES</w:t>
      </w:r>
    </w:p>
    <w:p w14:paraId="3D41BE86" w14:textId="77777777" w:rsidR="008E4071" w:rsidRPr="00865301" w:rsidRDefault="00205C07">
      <w:pPr>
        <w:spacing w:before="20" w:after="0" w:line="240" w:lineRule="auto"/>
        <w:rPr>
          <w:sz w:val="22"/>
        </w:rPr>
      </w:pPr>
      <w:r>
        <w:rPr>
          <w:b/>
          <w:sz w:val="22"/>
        </w:rPr>
        <w:t xml:space="preserve">Arabic: </w:t>
      </w:r>
      <w:r>
        <w:rPr>
          <w:sz w:val="22"/>
        </w:rPr>
        <w:t xml:space="preserve">Native | </w:t>
      </w:r>
      <w:r>
        <w:rPr>
          <w:b/>
          <w:sz w:val="22"/>
        </w:rPr>
        <w:t xml:space="preserve">French: </w:t>
      </w:r>
      <w:r>
        <w:rPr>
          <w:sz w:val="22"/>
        </w:rPr>
        <w:t xml:space="preserve">Intermediate | </w:t>
      </w:r>
      <w:r>
        <w:rPr>
          <w:b/>
          <w:sz w:val="22"/>
        </w:rPr>
        <w:t xml:space="preserve">English: </w:t>
      </w:r>
      <w:r>
        <w:rPr>
          <w:sz w:val="22"/>
        </w:rPr>
        <w:t>Professional</w:t>
      </w:r>
    </w:p>
    <w:sectPr w:rsidR="008E4071" w:rsidRPr="00865301" w:rsidSect="00034616">
      <w:footerReference w:type="default" r:id="rId8"/>
      <w:pgSz w:w="12240" w:h="15840"/>
      <w:pgMar w:top="879" w:right="935" w:bottom="765" w:left="9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EB25" w14:textId="77777777" w:rsidR="00205C07" w:rsidRDefault="00205C07">
      <w:pPr>
        <w:spacing w:after="0" w:line="240" w:lineRule="auto"/>
      </w:pPr>
      <w:r>
        <w:separator/>
      </w:r>
    </w:p>
  </w:endnote>
  <w:endnote w:type="continuationSeparator" w:id="0">
    <w:p w14:paraId="746C04B4" w14:textId="77777777" w:rsidR="00205C07" w:rsidRDefault="00205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92A06" w14:textId="6901D442" w:rsidR="008E4071" w:rsidRDefault="00205C07">
    <w:pPr>
      <w:pStyle w:val="Footer"/>
      <w:jc w:val="center"/>
    </w:pPr>
    <w:r>
      <w:rPr>
        <w:color w:val="646464"/>
        <w:sz w:val="16"/>
      </w:rPr>
      <w:t xml:space="preserve">Ahmed Soumri </w:t>
    </w:r>
    <w:r w:rsidR="00865301">
      <w:rPr>
        <w:color w:val="646464"/>
        <w:sz w:val="16"/>
      </w:rPr>
      <w:t xml:space="preserve">| </w:t>
    </w:r>
    <w:hyperlink r:id="rId1" w:history="1">
      <w:r w:rsidR="00865301" w:rsidRPr="006D6818">
        <w:rPr>
          <w:rStyle w:val="Hyperlink"/>
          <w:sz w:val="16"/>
        </w:rPr>
        <w:t>ahmedsoumri01@gmail.com</w:t>
      </w:r>
    </w:hyperlink>
    <w:r w:rsidR="00865301">
      <w:rPr>
        <w:color w:val="646464"/>
        <w:sz w:val="16"/>
      </w:rPr>
      <w:t xml:space="preserve"> | +216 95941469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A454B" w14:textId="77777777" w:rsidR="00205C07" w:rsidRDefault="00205C07">
      <w:pPr>
        <w:spacing w:after="0" w:line="240" w:lineRule="auto"/>
      </w:pPr>
      <w:r>
        <w:separator/>
      </w:r>
    </w:p>
  </w:footnote>
  <w:footnote w:type="continuationSeparator" w:id="0">
    <w:p w14:paraId="65C356EB" w14:textId="77777777" w:rsidR="00205C07" w:rsidRDefault="00205C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62929619">
    <w:abstractNumId w:val="8"/>
  </w:num>
  <w:num w:numId="2" w16cid:durableId="581379191">
    <w:abstractNumId w:val="6"/>
  </w:num>
  <w:num w:numId="3" w16cid:durableId="179247673">
    <w:abstractNumId w:val="5"/>
  </w:num>
  <w:num w:numId="4" w16cid:durableId="426274827">
    <w:abstractNumId w:val="4"/>
  </w:num>
  <w:num w:numId="5" w16cid:durableId="1900288524">
    <w:abstractNumId w:val="7"/>
  </w:num>
  <w:num w:numId="6" w16cid:durableId="829716423">
    <w:abstractNumId w:val="3"/>
  </w:num>
  <w:num w:numId="7" w16cid:durableId="506211505">
    <w:abstractNumId w:val="2"/>
  </w:num>
  <w:num w:numId="8" w16cid:durableId="2036691769">
    <w:abstractNumId w:val="1"/>
  </w:num>
  <w:num w:numId="9" w16cid:durableId="1739327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05C07"/>
    <w:rsid w:val="0029639D"/>
    <w:rsid w:val="00326F90"/>
    <w:rsid w:val="00546DEE"/>
    <w:rsid w:val="006E36BC"/>
    <w:rsid w:val="007D1759"/>
    <w:rsid w:val="00865301"/>
    <w:rsid w:val="008E4071"/>
    <w:rsid w:val="00AA1D8D"/>
    <w:rsid w:val="00B47730"/>
    <w:rsid w:val="00CB0664"/>
    <w:rsid w:val="00CE10CD"/>
    <w:rsid w:val="00E83F40"/>
    <w:rsid w:val="00EA775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F68781A-BAC9-47EF-97EC-78B12285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865301"/>
    <w:rPr>
      <w:color w:val="0000FF" w:themeColor="hyperlink"/>
      <w:u w:val="single"/>
    </w:rPr>
  </w:style>
  <w:style w:type="character" w:styleId="UnresolvedMention">
    <w:name w:val="Unresolved Mention"/>
    <w:basedOn w:val="DefaultParagraphFont"/>
    <w:uiPriority w:val="99"/>
    <w:semiHidden/>
    <w:unhideWhenUsed/>
    <w:rsid w:val="0086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ahmedsoumri0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672</Words>
  <Characters>4414</Characters>
  <Application>Microsoft Office Word</Application>
  <DocSecurity>0</DocSecurity>
  <Lines>74</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5024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ahmed soumri</cp:lastModifiedBy>
  <cp:revision>2</cp:revision>
  <dcterms:created xsi:type="dcterms:W3CDTF">2026-07-18T16:12:00Z</dcterms:created>
  <dcterms:modified xsi:type="dcterms:W3CDTF">2026-07-18T16:12:00Z</dcterms:modified>
  <cp:category/>
</cp:coreProperties>
</file>